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Calibri" w:hAnsi="Calibri"/>
          <w:b/>
          <w:color w:val="173858"/>
          <w:sz w:val="36"/>
        </w:rPr>
        <w:t>KİŞİSEL VERİ SAHİBİ BAŞVURU FORMU</w:t>
      </w:r>
    </w:p>
    <w:p>
      <w:pPr>
        <w:spacing w:after="240"/>
        <w:jc w:val="center"/>
      </w:pPr>
      <w:r>
        <w:rPr>
          <w:rFonts w:ascii="Calibri" w:hAnsi="Calibri"/>
          <w:b w:val="0"/>
          <w:color w:val="5A5A5A"/>
          <w:sz w:val="21"/>
        </w:rPr>
        <w:t>6698 sayılı Kişisel Verilerin Korunması Kanunu kapsamındaki başvurular için</w:t>
      </w:r>
    </w:p>
    <w:p>
      <w:pPr>
        <w:spacing w:before="0" w:after="180" w:line="264" w:lineRule="auto"/>
      </w:pPr>
      <w:r>
        <w:rPr>
          <w:rFonts w:ascii="Calibri" w:hAnsi="Calibri"/>
          <w:b w:val="0"/>
          <w:color w:val="1F1F1F"/>
          <w:sz w:val="21"/>
        </w:rPr>
        <w:t>Bu form, 6698 sayılı Kişisel Verilerin Korunması Kanunu'nun 11 ve 13. maddeleri kapsamında MySea Hotels İncekum'a iletilecek veri sahibi taleplerinin açık ve güvenli biçimde değerlendirilmesine yardımcı olmak amacıyla hazırlanmıştır.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85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2"/>
              </w:rPr>
              <w:t>A. BAŞVURU SAHİBİ BİLGİLERİ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Adı ve soyadı</w:t>
            </w:r>
          </w:p>
        </w:tc>
        <w:tc>
          <w:tcPr>
            <w:tcW w:type="dxa" w:w="6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1"/>
              </w:rPr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T.C. kimlik no veya pasaport no</w:t>
            </w:r>
          </w:p>
        </w:tc>
        <w:tc>
          <w:tcPr>
            <w:tcW w:type="dxa" w:w="6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1"/>
              </w:rPr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Tebligata esas adres</w:t>
            </w:r>
          </w:p>
        </w:tc>
        <w:tc>
          <w:tcPr>
            <w:tcW w:type="dxa" w:w="6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1"/>
              </w:rPr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E-posta adresi</w:t>
            </w:r>
          </w:p>
        </w:tc>
        <w:tc>
          <w:tcPr>
            <w:tcW w:type="dxa" w:w="6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1"/>
              </w:rPr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Telefon numarası</w:t>
            </w:r>
          </w:p>
        </w:tc>
        <w:tc>
          <w:tcPr>
            <w:tcW w:type="dxa" w:w="6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1"/>
              </w:rPr>
            </w:r>
          </w:p>
        </w:tc>
      </w:tr>
      <w:tr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Otel ile ilişki</w:t>
            </w:r>
          </w:p>
        </w:tc>
        <w:tc>
          <w:tcPr>
            <w:tcW w:type="dxa" w:w="6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1"/>
              </w:rPr>
              <w:t>☐ Misafir   ☐ Çalışan   ☐ Tedarikçi   ☐ Diğer: ____________________</w:t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85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2"/>
              </w:rPr>
              <w:t>B. TALEBİN KONUSU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8640"/>
      </w:tblGrid>
      <w:tr>
        <w:tc>
          <w:tcPr>
            <w:tcW w:type="dxa" w:w="7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color w:val="1F1F1F"/>
                <w:sz w:val="26"/>
              </w:rPr>
              <w:t>☐</w:t>
            </w:r>
          </w:p>
        </w:tc>
        <w:tc>
          <w:tcPr>
            <w:tcW w:type="dxa" w:w="86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Kişisel verilerimin işlenip işlenmediğini öğrenmek istiyorum.</w:t>
            </w:r>
          </w:p>
        </w:tc>
      </w:tr>
      <w:tr>
        <w:tc>
          <w:tcPr>
            <w:tcW w:type="dxa" w:w="7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color w:val="1F1F1F"/>
                <w:sz w:val="26"/>
              </w:rPr>
              <w:t>☐</w:t>
            </w:r>
          </w:p>
        </w:tc>
        <w:tc>
          <w:tcPr>
            <w:tcW w:type="dxa" w:w="86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İşlenen kişisel verilerim hakkında bilgi talep ediyorum.</w:t>
            </w:r>
          </w:p>
        </w:tc>
      </w:tr>
      <w:tr>
        <w:tc>
          <w:tcPr>
            <w:tcW w:type="dxa" w:w="7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color w:val="1F1F1F"/>
                <w:sz w:val="26"/>
              </w:rPr>
              <w:t>☐</w:t>
            </w:r>
          </w:p>
        </w:tc>
        <w:tc>
          <w:tcPr>
            <w:tcW w:type="dxa" w:w="86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Kişisel verilerimin işlenme amacı ve amacına uygun kullanılıp kullanılmadığı hakkında bilgi talep ediyorum.</w:t>
            </w:r>
          </w:p>
        </w:tc>
      </w:tr>
      <w:tr>
        <w:tc>
          <w:tcPr>
            <w:tcW w:type="dxa" w:w="7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color w:val="1F1F1F"/>
                <w:sz w:val="26"/>
              </w:rPr>
              <w:t>☐</w:t>
            </w:r>
          </w:p>
        </w:tc>
        <w:tc>
          <w:tcPr>
            <w:tcW w:type="dxa" w:w="86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Kişisel verilerimin aktarıldığı üçüncü kişileri öğrenmek istiyorum.</w:t>
            </w:r>
          </w:p>
        </w:tc>
      </w:tr>
      <w:tr>
        <w:tc>
          <w:tcPr>
            <w:tcW w:type="dxa" w:w="7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color w:val="1F1F1F"/>
                <w:sz w:val="26"/>
              </w:rPr>
              <w:t>☐</w:t>
            </w:r>
          </w:p>
        </w:tc>
        <w:tc>
          <w:tcPr>
            <w:tcW w:type="dxa" w:w="86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Eksik veya yanlış işlenen kişisel verilerimin düzeltilmesini talep ediyorum.</w:t>
            </w:r>
          </w:p>
        </w:tc>
      </w:tr>
      <w:tr>
        <w:tc>
          <w:tcPr>
            <w:tcW w:type="dxa" w:w="7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color w:val="1F1F1F"/>
                <w:sz w:val="26"/>
              </w:rPr>
              <w:t>☐</w:t>
            </w:r>
          </w:p>
        </w:tc>
        <w:tc>
          <w:tcPr>
            <w:tcW w:type="dxa" w:w="86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Kanuni şartlar çerçevesinde kişisel verilerimin silinmesini veya yok edilmesini talep ediyorum.</w:t>
            </w:r>
          </w:p>
        </w:tc>
      </w:tr>
      <w:tr>
        <w:tc>
          <w:tcPr>
            <w:tcW w:type="dxa" w:w="7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color w:val="1F1F1F"/>
                <w:sz w:val="26"/>
              </w:rPr>
              <w:t>☐</w:t>
            </w:r>
          </w:p>
        </w:tc>
        <w:tc>
          <w:tcPr>
            <w:tcW w:type="dxa" w:w="86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Düzeltme, silme veya yok etme işlemlerinin verilerin aktarıldığı üçüncü kişilere bildirilmesini talep ediyorum.</w:t>
            </w:r>
          </w:p>
        </w:tc>
      </w:tr>
      <w:tr>
        <w:tc>
          <w:tcPr>
            <w:tcW w:type="dxa" w:w="7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b w:val="0"/>
                <w:color w:val="1F1F1F"/>
                <w:sz w:val="26"/>
              </w:rPr>
              <w:t>☐</w:t>
            </w:r>
          </w:p>
        </w:tc>
        <w:tc>
          <w:tcPr>
            <w:tcW w:type="dxa" w:w="86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Diğer talebim: 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85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2"/>
              </w:rPr>
              <w:t>C. TALEBE İLİŞKİN AÇIKLAMA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/>
                <w:b w:val="0"/>
                <w:color w:val="1F1F1F"/>
                <w:sz w:val="21"/>
              </w:rPr>
              <w:t>Talebinizi, ilgili tarihleri ve varsa başvurunuzu destekleyen bilgileri açıkça yazınız.</w:t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85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2"/>
              </w:rPr>
              <w:t>D. YANITIN İLETİLMESİNİ İSTEDİĞİNİZ YÖNTEM</w:t>
            </w:r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☐ E-posta adresime gönderilmesini istiyorum.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☐ Tebligata esas adresime posta ile gönderilmesini istiyorum.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☐ Elden teslim almak istiyorum. Vekâleten teslimde noter tasdikli vekâletname sunulmalıdır.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0"/>
              </w:rPr>
              <w:t>☐ Diğer: __________________________________________________________________________________________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85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FFFFFF"/>
                <w:sz w:val="22"/>
              </w:rPr>
              <w:t>E. BEYAN VE İMZA</w:t>
            </w:r>
          </w:p>
        </w:tc>
      </w:tr>
    </w:tbl>
    <w:p>
      <w:pPr>
        <w:spacing w:after="20"/>
      </w:pPr>
    </w:p>
    <w:p>
      <w:pPr>
        <w:spacing w:before="0" w:after="160" w:line="264" w:lineRule="auto"/>
      </w:pPr>
      <w:r>
        <w:rPr>
          <w:rFonts w:ascii="Calibri" w:hAnsi="Calibri"/>
          <w:b w:val="0"/>
          <w:color w:val="1F1F1F"/>
          <w:sz w:val="21"/>
        </w:rPr>
        <w:t>Bu formda verdiğim bilgilerin doğru ve güncel olduğunu, başvurunun sonuçlandırılması için kimliğimin doğrulanmasına yönelik ek bilgi veya belge istenebileceğini kabul ve beyan ederim.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Başvuru tarihi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Adı ve soyadı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1"/>
              </w:rPr>
            </w:r>
            <w:r>
              <w:br/>
              <w:br/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F1F1F"/>
                <w:sz w:val="21"/>
              </w:rPr>
            </w:r>
            <w:r>
              <w:br/>
              <w:br/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İmza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2F4F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1F1F"/>
                <w:sz w:val="21"/>
              </w:rPr>
              <w:t>Varsa eklerin sayısı ve açıklaması</w:t>
            </w:r>
          </w:p>
        </w:tc>
      </w:tr>
    </w:tbl>
    <w:p>
      <w:pPr>
        <w:spacing w:before="200" w:after="0"/>
      </w:pPr>
      <w:r>
        <w:rPr>
          <w:rFonts w:ascii="Calibri" w:hAnsi="Calibri"/>
          <w:b/>
          <w:color w:val="1F1F1F"/>
          <w:sz w:val="19"/>
        </w:rPr>
        <w:t xml:space="preserve">Başvuru kanalları: </w:t>
      </w:r>
      <w:r>
        <w:rPr>
          <w:rFonts w:ascii="Calibri" w:hAnsi="Calibri"/>
          <w:b w:val="0"/>
          <w:color w:val="1F1F1F"/>
          <w:sz w:val="19"/>
        </w:rPr>
        <w:t>İmzalı formu otel adresine elden veya noter aracılığıyla iletebilir ya da güvenli elektronik imza ile rezervasyon@myseahotelsincekum.com adresine gönderebilirsiniz. Kimlik belgenizin gereksiz kısımlarını paylaşmayınız.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440" w:bottom="1037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5A5A5A"/>
        <w:sz w:val="16"/>
      </w:rPr>
      <w:t>MySea Hotels İncekum | Balıktay Sokak Fuğla Mevki No: 5, Türkler, Alanya | rezervasyon@myseahotelsincekum.com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173858"/>
        <w:sz w:val="18"/>
      </w:rPr>
      <w:t>MYSEA HOTELS İNCEKUM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